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Lab 1 - Measure Your Heart Rate</w:t>
      </w:r>
    </w:p>
    <w:p>
      <w:r>
        <w:t>Group Number: ____    Date: ____</w:t>
      </w:r>
    </w:p>
    <w:p>
      <w:r>
        <w:t>Group Members (co-authors): 1) __________  2) __________  3) __________</w:t>
      </w:r>
    </w:p>
    <w:p>
      <w:r>
        <w:rPr>
          <w:b w:val="0"/>
          <w:i/>
        </w:rPr>
        <w:t>Co-author roles (rotate weekly): Data Collection - ____ | Analysis/Calculations - ____ | Documentation/Screenshots - ____. Each member contributed equally.</w:t>
      </w:r>
    </w:p>
    <w:p>
      <w:pPr>
        <w:pStyle w:val="Heading1"/>
      </w:pPr>
      <w:r>
        <w:t>Workflow - do this for every graph (read first)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197510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g_ui_click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9751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</w:pPr>
      <w:r>
        <w:t>Confirm the device is connected: the button at the top says DISCONNECT (red). Cal box is yellow.</w:t>
      </w:r>
    </w:p>
    <w:p>
      <w:pPr>
        <w:pStyle w:val="ListNumber"/>
      </w:pPr>
      <w:r>
        <w:t>Click the DROPDOWN and choose the sensor option for the graph you are doing (exact option listed in each section below).</w:t>
      </w:r>
    </w:p>
    <w:p>
      <w:pPr>
        <w:pStyle w:val="ListNumber"/>
      </w:pPr>
      <w:r>
        <w:t>Click Configure. This loads that sensor.</w:t>
      </w:r>
    </w:p>
    <w:p>
      <w:pPr>
        <w:pStyle w:val="ListNumber"/>
      </w:pPr>
      <w:r>
        <w:t>Get into position for the method (wiring or finger/chest placement - see each section).</w:t>
      </w:r>
    </w:p>
    <w:p>
      <w:pPr>
        <w:pStyle w:val="ListNumber"/>
      </w:pPr>
      <w:r>
        <w:t>Click Record. Collect for about 15-20 seconds while staying still. Click Stop.</w:t>
      </w:r>
    </w:p>
    <w:p>
      <w:pPr>
        <w:pStyle w:val="ListNumber"/>
      </w:pPr>
      <w:r>
        <w:t>Zoom in until you can see about 5-10 beats. Use the Highlight tool: click-drag across several consecutive beats. The pop-up box shows the average (mu) and the TIME SPAN of your selection.</w:t>
      </w:r>
    </w:p>
    <w:p>
      <w:pPr>
        <w:pStyle w:val="ListNumber"/>
      </w:pPr>
      <w:r>
        <w:t>If the signal is noisy (ECG or accelerometer): click the gear menu and turn on Smoothing (ECG = 25), then re-highlight.</w:t>
      </w:r>
    </w:p>
    <w:p>
      <w:pPr>
        <w:pStyle w:val="ListNumber"/>
      </w:pPr>
      <w:r>
        <w:t>Write down the interval (seconds) of your selection and count the beats inside it.</w:t>
      </w:r>
    </w:p>
    <w:p>
      <w:pPr>
        <w:pStyle w:val="ListNumber"/>
      </w:pPr>
      <w:r>
        <w:t>Open Lab1_BPM_Calculator.xlsx. Type the beats and interval into the yellow cells for that measurement - the BPM fills in automatically.</w:t>
      </w:r>
    </w:p>
    <w:p>
      <w:pPr>
        <w:pStyle w:val="ListNumber"/>
      </w:pPr>
      <w:r>
        <w:t>Take a screenshot: press Windows + Shift + S, drag across just the graph, and paste it into the matching placeholder below. Do NOT use a phone photo.</w:t>
      </w:r>
    </w:p>
    <w:p>
      <w:pPr>
        <w:pStyle w:val="ListNumber"/>
      </w:pPr>
      <w:r>
        <w:t>Copy the BPM into the blanks under that graph and into the Heart Rate Summary table.</w:t>
      </w:r>
    </w:p>
    <w:p>
      <w:pPr>
        <w:pStyle w:val="Heading1"/>
      </w:pPr>
      <w:r>
        <w:t>IOLab Web setup (Chrome - no install)</w:t>
      </w:r>
    </w:p>
    <w:p>
      <w:pPr>
        <w:pStyle w:val="ListNumber"/>
      </w:pPr>
      <w:r>
        <w:t>Put 2 AA batteries in the IOLab and slide the power switch ON.</w:t>
      </w:r>
    </w:p>
    <w:p>
      <w:pPr>
        <w:pStyle w:val="ListNumber"/>
      </w:pPr>
      <w:r>
        <w:t>Plug the USB dongle into the laptop.</w:t>
      </w:r>
    </w:p>
    <w:p>
      <w:pPr>
        <w:pStyle w:val="ListNumber"/>
      </w:pPr>
      <w:r>
        <w:t>In Google Chrome, go to iolab.science/iolabweb .</w:t>
      </w:r>
    </w:p>
    <w:p>
      <w:pPr>
        <w:pStyle w:val="ListNumber"/>
      </w:pPr>
      <w:r>
        <w:t>Click Connect. When Chrome asks, select the IOLab dongle and click Allow. The top button changes to DISCONNECT (red) = connected.</w:t>
      </w:r>
    </w:p>
    <w:p>
      <w:pPr>
        <w:pStyle w:val="ListNumber"/>
      </w:pPr>
      <w:r>
        <w:t>If it does not find the device: turn the IOLab OFF, hold the + button while turning it back ON (Discovery Mode), then click Pair.</w:t>
      </w:r>
    </w:p>
    <w:p>
      <w:pPr>
        <w:pStyle w:val="ListNumber"/>
      </w:pPr>
      <w:r>
        <w:t>If it asks to calibrate, click Configure once with the Cal box; otherwise you are ready.</w:t>
      </w:r>
    </w:p>
    <w:p>
      <w:pPr>
        <w:pStyle w:val="Heading1"/>
      </w:pPr>
      <w:r>
        <w:t>Purpose / Hypothesis</w:t>
      </w:r>
    </w:p>
    <w:p>
      <w:r>
        <w:rPr>
          <w:b w:val="0"/>
          <w:i w:val="0"/>
        </w:rPr>
        <w:t>Purpose: Use the IOLab to measure heart rate three different ways - a rudimentary ECG (high-gain electrical input), a pulse oximeter (light sensor), and the built-in accelerometer - and compare resting vs active heart rate. This shows that one biological process (the heartbeat) can be measured through three different physical quantities: electrical, optical, and mechanical.</w:t>
      </w:r>
    </w:p>
    <w:p>
      <w:r>
        <w:rPr>
          <w:b w:val="0"/>
          <w:i w:val="0"/>
        </w:rPr>
        <w:t>Hypothesis: All three sensors will show a periodic heartbeat. The light-sensor (optical) method will give the clearest signal because pulsing blood strongly changes how much light passes through the fingertip. Heart rate will increase noticeably from resting to active.</w:t>
      </w:r>
    </w:p>
    <w:p>
      <w:pPr>
        <w:pStyle w:val="Heading1"/>
      </w:pPr>
      <w:r>
        <w:t>Data &amp; Graphs</w:t>
      </w:r>
    </w:p>
    <w:p>
      <w:pPr>
        <w:pStyle w:val="Heading2"/>
      </w:pPr>
      <w:r>
        <w:t>Graph 1 - Pulse Oximeter (Light sensor)  [do this first - easiest]</w:t>
      </w:r>
    </w:p>
    <w:p>
      <w:r>
        <w:rPr>
          <w:b/>
          <w:i w:val="0"/>
        </w:rPr>
        <w:t>Dropdown option: 40: Light(4800)   (or 6: Light(400)).   Configure -&gt; Record.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3591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g_light_acce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359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i w:val="0"/>
        </w:rPr>
        <w:t>Placement (exact):</w:t>
      </w:r>
    </w:p>
    <w:p>
      <w:pPr>
        <w:pStyle w:val="ListBullet"/>
      </w:pPr>
      <w:r>
        <w:t>Turn on your phone flashlight.</w:t>
      </w:r>
    </w:p>
    <w:p>
      <w:pPr>
        <w:pStyle w:val="ListBullet"/>
      </w:pPr>
      <w:r>
        <w:t>Press a fingertip flat over the LIGHT sensor window (small round window, top-right of the front face).</w:t>
      </w:r>
    </w:p>
    <w:p>
      <w:pPr>
        <w:pStyle w:val="ListBullet"/>
      </w:pPr>
      <w:r>
        <w:t>Shine the phone flashlight into that same finger from the other side.</w:t>
      </w:r>
    </w:p>
    <w:p>
      <w:pPr>
        <w:pStyle w:val="ListBullet"/>
      </w:pPr>
      <w:r>
        <w:t>Hold dead still. Zoom in; if wobbly, gear menu -&gt; Smoothing.</w:t>
      </w:r>
    </w:p>
    <w:p>
      <w:r>
        <w:rPr>
          <w:b w:val="0"/>
          <w:i/>
        </w:rPr>
        <w:t>Real example to match: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286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thod_ligh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28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i/>
          <w:color w:val="C00000"/>
          <w:sz w:val="24"/>
        </w:rPr>
        <w:t>[ PASTE SCREENSHOT #1 HERE - Light sensor graph, several beats highlighted, cropped to the graph ]</w:t>
      </w:r>
    </w:p>
    <w:p>
      <w:pPr>
        <w:jc w:val="center"/>
      </w:pPr>
      <w:r>
        <w:rPr>
          <w:b/>
          <w:sz w:val="20"/>
        </w:rPr>
        <w:t>Graph 1 - Pulse Oximeter (Light). Highlighted ___ beats over ___ s.  -&gt;  Interval ___ s, Beats ___, BPM = beats/interval x 60 = ___</w:t>
      </w:r>
    </w:p>
    <w:p>
      <w:r>
        <w:rPr>
          <w:b w:val="0"/>
          <w:i w:val="0"/>
        </w:rPr>
        <w:t>What it should look like: a smooth wave with evenly spaced dips - each dip is one heartbeat.</w:t>
      </w:r>
    </w:p>
    <w:p>
      <w:pPr>
        <w:pStyle w:val="Heading2"/>
      </w:pPr>
      <w:r>
        <w:t>Graph 2 - ECG (High-Gain electrical input)</w:t>
      </w:r>
    </w:p>
    <w:p>
      <w:r>
        <w:rPr>
          <w:b/>
          <w:i w:val="0"/>
        </w:rPr>
        <w:t>Dropdown option: 48: ECG(400).   Configure -&gt; Record -&gt; Smoothing = 25.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217920" cy="316548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g_ecg_wirin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1654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i w:val="0"/>
        </w:rPr>
        <w:t>Wiring (exact - see diagram):</w:t>
      </w:r>
    </w:p>
    <w:p>
      <w:pPr>
        <w:pStyle w:val="ListBullet"/>
      </w:pPr>
      <w:r>
        <w:t>Male-to-male wire #1: plug one end into the G+ terminal on the right-edge terminal strip.</w:t>
      </w:r>
    </w:p>
    <w:p>
      <w:pPr>
        <w:pStyle w:val="ListBullet"/>
      </w:pPr>
      <w:r>
        <w:t>Male-to-male wire #2: plug one end into the G- terminal (directly below G+).</w:t>
      </w:r>
    </w:p>
    <w:p>
      <w:pPr>
        <w:pStyle w:val="ListBullet"/>
      </w:pPr>
      <w:r>
        <w:t>Clip an alligator clip onto the free end of each wire.</w:t>
      </w:r>
    </w:p>
    <w:p>
      <w:pPr>
        <w:pStyle w:val="ListBullet"/>
      </w:pPr>
      <w:r>
        <w:t>Clip each alligator clip onto a penny (dab hand sanitizer on the pennies for good skin contact).</w:t>
      </w:r>
    </w:p>
    <w:p>
      <w:pPr>
        <w:pStyle w:val="ListBullet"/>
      </w:pPr>
      <w:r>
        <w:t>Hold the G+ penny in your LEFT hand and the G- penny in your RIGHT hand. Sit very still, arms relaxed.</w:t>
      </w:r>
    </w:p>
    <w:p>
      <w:pPr>
        <w:pStyle w:val="ListBullet"/>
      </w:pPr>
      <w:r>
        <w:t>Set Smoothing = 25 (gear menu), then zoom.</w:t>
      </w:r>
    </w:p>
    <w:p>
      <w:r>
        <w:rPr>
          <w:b w:val="0"/>
          <w:i/>
        </w:rPr>
        <w:t>Real example to match: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286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thod_ec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28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i/>
          <w:color w:val="C00000"/>
          <w:sz w:val="24"/>
        </w:rPr>
        <w:t>[ PASTE SCREENSHOT #2 HERE - ECG (High Gain) graph, several beats highlighted, cropped ]</w:t>
      </w:r>
    </w:p>
    <w:p>
      <w:pPr>
        <w:jc w:val="center"/>
      </w:pPr>
      <w:r>
        <w:rPr>
          <w:b/>
          <w:sz w:val="20"/>
        </w:rPr>
        <w:t>Graph 2 - ECG (High-Gain). Highlighted ___ beats over ___ s.  -&gt;  Interval ___ s, Beats ___, BPM = ___</w:t>
      </w:r>
    </w:p>
    <w:p>
      <w:r>
        <w:rPr>
          <w:b w:val="0"/>
          <w:i w:val="0"/>
        </w:rPr>
        <w:t>What it should look like: sharp, evenly spaced spikes - one spike per heartbeat.</w:t>
      </w:r>
    </w:p>
    <w:p>
      <w:pPr>
        <w:pStyle w:val="Heading2"/>
      </w:pPr>
      <w:r>
        <w:t>Graph 3 - Accelerometer</w:t>
      </w:r>
    </w:p>
    <w:p>
      <w:r>
        <w:rPr>
          <w:b/>
          <w:i w:val="0"/>
        </w:rPr>
        <w:t>Dropdown option: 33: Accel(800)   (or 2: Accel(400)).   Configure -&gt; Record.</w:t>
      </w:r>
    </w:p>
    <w:p>
      <w:r>
        <w:rPr>
          <w:b w:val="0"/>
          <w:i w:val="0"/>
        </w:rPr>
        <w:t>Placement (exact): no wires. Lie down and rest the IOLab FLAT on your chest, screen facing up. Stay very still and breathe shallow. Apply heavy Smoothing (gear menu).</w:t>
      </w:r>
    </w:p>
    <w:p>
      <w:pPr>
        <w:jc w:val="center"/>
      </w:pPr>
      <w:r>
        <w:rPr>
          <w:b/>
          <w:i/>
          <w:color w:val="C00000"/>
          <w:sz w:val="24"/>
        </w:rPr>
        <w:t>[ PASTE SCREENSHOT #3 HERE - Accelerometer graph (smoothed), several beats highlighted, cropped ]</w:t>
      </w:r>
    </w:p>
    <w:p>
      <w:pPr>
        <w:jc w:val="center"/>
      </w:pPr>
      <w:r>
        <w:rPr>
          <w:b/>
          <w:sz w:val="20"/>
        </w:rPr>
        <w:t>Graph 3 - Accelerometer. Highlighted ___ beats over ___ s.  -&gt;  Interval ___ s, Beats ___, BPM = ___</w:t>
      </w:r>
    </w:p>
    <w:p>
      <w:r>
        <w:rPr>
          <w:b w:val="0"/>
          <w:i w:val="0"/>
        </w:rPr>
        <w:t>What it should look like: small, evenly spaced bumps in the smoothed trace - one bump per heartbeat. (Noisiest method.)</w:t>
      </w:r>
    </w:p>
    <w:p>
      <w:r>
        <w:rPr>
          <w:b w:val="0"/>
          <w:i/>
        </w:rPr>
        <w:t>Real example to match: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286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thod_acceleromet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28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Graph 4 - Resting Heart Rate (Light sensor)</w:t>
      </w:r>
    </w:p>
    <w:p>
      <w:r>
        <w:rPr>
          <w:b/>
          <w:i w:val="0"/>
        </w:rPr>
        <w:t>Dropdown option: 40: Light(4800). Same finger + flashlight setup as Graph 1, while sitting calm and relaxed. Configure -&gt; Record.</w:t>
      </w:r>
    </w:p>
    <w:p>
      <w:pPr>
        <w:jc w:val="center"/>
      </w:pPr>
      <w:r>
        <w:rPr>
          <w:b/>
          <w:i/>
          <w:color w:val="C00000"/>
          <w:sz w:val="24"/>
        </w:rPr>
        <w:t>[ PASTE SCREENSHOT #4 HERE - Resting HR (light sensor), several beats highlighted, cropped ]</w:t>
      </w:r>
    </w:p>
    <w:p>
      <w:pPr>
        <w:jc w:val="center"/>
      </w:pPr>
      <w:r>
        <w:rPr>
          <w:b/>
          <w:sz w:val="20"/>
        </w:rPr>
        <w:t>Graph 4 - Resting HR. Highlighted ___ beats over ___ s.  -&gt;  Interval ___ s, Beats ___, BPM = ___</w:t>
      </w:r>
    </w:p>
    <w:p>
      <w:r>
        <w:rPr>
          <w:b w:val="0"/>
          <w:i w:val="0"/>
        </w:rPr>
        <w:t>What it should look like: evenly spaced dips relatively FAR apart (slower rate).</w:t>
      </w:r>
    </w:p>
    <w:p>
      <w:pPr>
        <w:pStyle w:val="Heading2"/>
      </w:pPr>
      <w:r>
        <w:t>Graph 5 - Active Heart Rate (Light sensor, after exercise)</w:t>
      </w:r>
    </w:p>
    <w:p>
      <w:r>
        <w:rPr>
          <w:b/>
          <w:i w:val="0"/>
        </w:rPr>
        <w:t>Dropdown option: 40: Light(4800). Do about 30 seconds of jumping jacks, then IMMEDIATELY set up the finger + flashlight and Record.</w:t>
      </w:r>
    </w:p>
    <w:p>
      <w:pPr>
        <w:jc w:val="center"/>
      </w:pPr>
      <w:r>
        <w:rPr>
          <w:b/>
          <w:i/>
          <w:color w:val="C00000"/>
          <w:sz w:val="24"/>
        </w:rPr>
        <w:t>[ PASTE SCREENSHOT #5 HERE - Active HR (light sensor), several beats highlighted, cropped ]</w:t>
      </w:r>
    </w:p>
    <w:p>
      <w:pPr>
        <w:jc w:val="center"/>
      </w:pPr>
      <w:r>
        <w:rPr>
          <w:b/>
          <w:sz w:val="20"/>
        </w:rPr>
        <w:t>Graph 5 - Active HR. Highlighted ___ beats over ___ s.  -&gt;  Interval ___ s, Beats ___, BPM = ___</w:t>
      </w:r>
    </w:p>
    <w:p>
      <w:r>
        <w:rPr>
          <w:b w:val="0"/>
          <w:i w:val="0"/>
        </w:rPr>
        <w:t>What it should look like: the same dip shape as Graph 4 but spaced CLOSER together (faster rate).</w:t>
      </w:r>
    </w:p>
    <w:p>
      <w:pPr>
        <w:pStyle w:val="Heading1"/>
      </w:pPr>
      <w:r>
        <w:t>Heart Rate Summary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440"/>
        <w:gridCol w:w="1440"/>
        <w:gridCol w:w="1440"/>
        <w:gridCol w:w="1440"/>
        <w:gridCol w:w="1440"/>
        <w:gridCol w:w="1440"/>
      </w:tblGrid>
      <w:tr>
        <w:tc>
          <w:tcPr>
            <w:tcW w:type="dxa" w:w="1440"/>
          </w:tcPr>
          <w:p>
            <w:r>
              <w:t>Measurement</w:t>
            </w:r>
          </w:p>
        </w:tc>
        <w:tc>
          <w:tcPr>
            <w:tcW w:type="dxa" w:w="1440"/>
          </w:tcPr>
          <w:p>
            <w:r>
              <w:t>Beats</w:t>
            </w:r>
          </w:p>
        </w:tc>
        <w:tc>
          <w:tcPr>
            <w:tcW w:type="dxa" w:w="1440"/>
          </w:tcPr>
          <w:p>
            <w:r>
              <w:t>Interval (s)</w:t>
            </w:r>
          </w:p>
        </w:tc>
        <w:tc>
          <w:tcPr>
            <w:tcW w:type="dxa" w:w="1440"/>
          </w:tcPr>
          <w:p>
            <w:r>
              <w:t>BPM</w:t>
            </w:r>
          </w:p>
        </w:tc>
        <w:tc>
          <w:tcPr>
            <w:tcW w:type="dxa" w:w="1440"/>
          </w:tcPr>
          <w:p>
            <w:r>
              <w:t>Expected range</w:t>
            </w:r>
          </w:p>
        </w:tc>
        <w:tc>
          <w:tcPr>
            <w:tcW w:type="dxa" w:w="1440"/>
          </w:tcPr>
          <w:p>
            <w:r>
              <w:t>Notes</w:t>
            </w:r>
          </w:p>
        </w:tc>
      </w:tr>
      <w:tr>
        <w:tc>
          <w:tcPr>
            <w:tcW w:type="dxa" w:w="1440"/>
          </w:tcPr>
          <w:p>
            <w:r>
              <w:t>ECG (High-Gain)</w:t>
            </w:r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>
              <w:t>60-100 (resting)</w:t>
            </w:r>
          </w:p>
        </w:tc>
        <w:tc>
          <w:tcPr>
            <w:tcW w:type="dxa" w:w="1440"/>
          </w:tcPr>
          <w:p>
            <w:r/>
          </w:p>
        </w:tc>
      </w:tr>
      <w:tr>
        <w:tc>
          <w:tcPr>
            <w:tcW w:type="dxa" w:w="1440"/>
          </w:tcPr>
          <w:p>
            <w:r>
              <w:t>Pulse Oximeter (Light)</w:t>
            </w:r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>
              <w:t>60-100 (resting)</w:t>
            </w:r>
          </w:p>
        </w:tc>
        <w:tc>
          <w:tcPr>
            <w:tcW w:type="dxa" w:w="1440"/>
          </w:tcPr>
          <w:p>
            <w:r/>
          </w:p>
        </w:tc>
      </w:tr>
      <w:tr>
        <w:tc>
          <w:tcPr>
            <w:tcW w:type="dxa" w:w="1440"/>
          </w:tcPr>
          <w:p>
            <w:r>
              <w:t>Accelerometer</w:t>
            </w:r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>
              <w:t>60-100 (resting)</w:t>
            </w:r>
          </w:p>
        </w:tc>
        <w:tc>
          <w:tcPr>
            <w:tcW w:type="dxa" w:w="1440"/>
          </w:tcPr>
          <w:p>
            <w:r/>
          </w:p>
        </w:tc>
      </w:tr>
      <w:tr>
        <w:tc>
          <w:tcPr>
            <w:tcW w:type="dxa" w:w="1440"/>
          </w:tcPr>
          <w:p>
            <w:r>
              <w:t>Resting HR</w:t>
            </w:r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>
              <w:t>60-100 (resting)</w:t>
            </w:r>
          </w:p>
        </w:tc>
        <w:tc>
          <w:tcPr>
            <w:tcW w:type="dxa" w:w="1440"/>
          </w:tcPr>
          <w:p>
            <w:r/>
          </w:p>
        </w:tc>
      </w:tr>
      <w:tr>
        <w:tc>
          <w:tcPr>
            <w:tcW w:type="dxa" w:w="1440"/>
          </w:tcPr>
          <w:p>
            <w:r>
              <w:t>Active HR</w:t>
            </w:r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/>
          </w:p>
        </w:tc>
        <w:tc>
          <w:tcPr>
            <w:tcW w:type="dxa" w:w="1440"/>
          </w:tcPr>
          <w:p>
            <w:r>
              <w:t>100-170</w:t>
            </w:r>
          </w:p>
        </w:tc>
        <w:tc>
          <w:tcPr>
            <w:tcW w:type="dxa" w:w="1440"/>
          </w:tcPr>
          <w:p>
            <w:r/>
          </w:p>
        </w:tc>
      </w:tr>
    </w:tbl>
    <w:p>
      <w:pPr>
        <w:pStyle w:val="Heading1"/>
      </w:pPr>
      <w:r>
        <w:t>Analysis &amp; Discussion (Reflection)</w:t>
      </w:r>
    </w:p>
    <w:p>
      <w:r>
        <w:rPr>
          <w:b/>
          <w:i w:val="0"/>
        </w:rPr>
        <w:t>What physical quantity was each sensor measuring?</w:t>
      </w:r>
    </w:p>
    <w:p>
      <w:r>
        <w:rPr>
          <w:b w:val="0"/>
          <w:i w:val="0"/>
        </w:rPr>
        <w:t>ECG (high-gain) measured the small ELECTRICAL voltage produced by the heart. The light sensor measured LIGHT intensity, which changes as blood pulses through the fingertip (photoplethysmography). The accelerometer measured ACCELERATION - the tiny mechanical motion of the body caused by the heart pumping.</w:t>
      </w:r>
    </w:p>
    <w:p>
      <w:r>
        <w:rPr>
          <w:b/>
          <w:i w:val="0"/>
        </w:rPr>
        <w:t>Which method produced the clearest signal?</w:t>
      </w:r>
    </w:p>
    <w:p>
      <w:r>
        <w:rPr>
          <w:b w:val="0"/>
          <w:i w:val="0"/>
        </w:rPr>
        <w:t>The optical (light sensor) method produced the clearest, most periodic signal, because pulsing blood strongly changes the transmitted light. [Adjust to match your actual results.]</w:t>
      </w:r>
    </w:p>
    <w:p>
      <w:r>
        <w:rPr>
          <w:b/>
          <w:i w:val="0"/>
        </w:rPr>
        <w:t>Which method was most sensitive to noise?</w:t>
      </w:r>
    </w:p>
    <w:p>
      <w:r>
        <w:rPr>
          <w:b w:val="0"/>
          <w:i w:val="0"/>
        </w:rPr>
        <w:t>The accelerometer (any body movement adds noise); the high-gain ECG was also noisy from electrical interference, so smoothing (25) was needed.</w:t>
      </w:r>
    </w:p>
    <w:p>
      <w:r>
        <w:rPr>
          <w:b/>
          <w:i w:val="0"/>
        </w:rPr>
        <w:t>Why do smartwatches typically use optical sensors rather than accelerometers or ECG leads?</w:t>
      </w:r>
    </w:p>
    <w:p>
      <w:r>
        <w:rPr>
          <w:b w:val="0"/>
          <w:i w:val="0"/>
        </w:rPr>
        <w:t>Optical (PPG) sensors are non-invasive, need no electrode leads or precise skin contact, work continuously from the wrist, are compact and low-power, and are far less affected by motion than an accelerometer. An ECG needs two electrode contact points, and an accelerometer is too motion-noisy for reliable continuous tracking.</w:t>
      </w:r>
    </w:p>
    <w:p>
      <w:r>
        <w:rPr>
          <w:b w:val="0"/>
          <w:i w:val="0"/>
        </w:rPr>
        <w:t>Resting vs Active comparison: Resting HR = ____ bpm; Active HR = ____ bpm; the increase of ____ bpm shows heart rate rises with activity (dips were spaced closer together when active).</w:t>
      </w:r>
    </w:p>
    <w:p>
      <w:pPr>
        <w:pStyle w:val="Heading1"/>
      </w:pPr>
      <w:r>
        <w:t>Conclusion</w:t>
      </w:r>
    </w:p>
    <w:p>
      <w:r>
        <w:rPr>
          <w:b w:val="0"/>
          <w:i w:val="0"/>
        </w:rPr>
        <w:t>All three IOLab sensors detected the same heartbeat by measuring different physical quantities (electrical, optical, mechanical). This shows one phenomenon can be measured multiple ways, and that a real signal often has to be extracted from noisy data using tools like smoothing and highlighting. The resting-vs-active comparison clearly showed heart rate increasing with activity. [Add 1-2 sentences on what your group learned or would improve.]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